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OM CREATIVE LAB</w:t>
      </w:r>
      <w:r>
        <w:rPr>
          <w:b/>
          <w:sz w:val="24"/>
        </w:rPr>
        <w:br/>
        <w:t>WEBSITE / DIGITAL EXPERIENCE CLIENT INTAKE</w:t>
      </w:r>
    </w:p>
    <w:p>
      <w:pPr>
        <w:jc w:val="center"/>
      </w:pPr>
      <w:r>
        <w:rPr>
          <w:i/>
          <w:sz w:val="20"/>
        </w:rPr>
        <w:t>You Think It. We Build It.</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 CLIENT &amp; PROJECT INFORMATION</w:t>
            </w:r>
          </w:p>
        </w:tc>
      </w:tr>
    </w:tbl>
    <w:p>
      <w:pPr>
        <w:spacing w:after="40"/>
      </w:pPr>
      <w:r>
        <w:rPr>
          <w:b/>
        </w:rPr>
        <w:t xml:space="preserve">Client / Organization / Family Name: </w:t>
      </w:r>
      <w:r>
        <w:t xml:space="preserve"> ______________________________________________________________________</w:t>
      </w:r>
    </w:p>
    <w:p>
      <w:pPr>
        <w:spacing w:after="40"/>
      </w:pPr>
      <w:r>
        <w:rPr>
          <w:b/>
        </w:rPr>
        <w:t xml:space="preserve">Primary Contact: </w:t>
      </w:r>
      <w:r>
        <w:t xml:space="preserve"> ______________________________________________________________________</w:t>
      </w:r>
    </w:p>
    <w:p>
      <w:pPr>
        <w:spacing w:after="40"/>
      </w:pPr>
      <w:r>
        <w:rPr>
          <w:b/>
        </w:rPr>
        <w:t xml:space="preserve">Phone: </w:t>
      </w:r>
      <w:r>
        <w:t xml:space="preserve"> ______________________________________________________________________</w:t>
      </w:r>
    </w:p>
    <w:p>
      <w:pPr>
        <w:spacing w:after="40"/>
      </w:pPr>
      <w:r>
        <w:rPr>
          <w:b/>
        </w:rPr>
        <w:t xml:space="preserve">Email: </w:t>
      </w:r>
      <w:r>
        <w:t xml:space="preserve"> ______________________________________________________________________</w:t>
      </w:r>
    </w:p>
    <w:p>
      <w:pPr>
        <w:spacing w:after="40"/>
      </w:pPr>
      <w:r>
        <w:rPr>
          <w:b/>
        </w:rPr>
        <w:t xml:space="preserve">Mailing / Business Address: </w:t>
      </w:r>
      <w:r>
        <w:t xml:space="preserve"> ______________________________________________________________________</w:t>
      </w:r>
    </w:p>
    <w:p>
      <w:pPr>
        <w:spacing w:after="40"/>
      </w:pPr>
      <w:r>
        <w:rPr>
          <w:b/>
        </w:rPr>
        <w:t xml:space="preserve">Preferred Domain Name: </w:t>
      </w:r>
      <w:r>
        <w:rPr>
          <w:i/>
        </w:rPr>
        <w:t>If already owned, list registrar/provider</w:t>
      </w:r>
      <w:r>
        <w:t xml:space="preserve"> ______________________________________________________________________</w:t>
      </w:r>
    </w:p>
    <w:p>
      <w:pPr>
        <w:spacing w:after="40"/>
      </w:pPr>
      <w:r>
        <w:rPr>
          <w:b/>
        </w:rPr>
        <w:t xml:space="preserve">Current Website: </w:t>
      </w:r>
      <w:r>
        <w:rPr>
          <w:i/>
        </w:rPr>
        <w:t>If applicable</w:t>
      </w:r>
      <w:r>
        <w:t xml:space="preserve"> ______________________________________________________________________</w:t>
      </w:r>
    </w:p>
    <w:p>
      <w:pPr>
        <w:spacing w:after="40"/>
      </w:pPr>
      <w:r>
        <w:rPr>
          <w:b/>
        </w:rPr>
        <w:t xml:space="preserve">Target Launch Date: </w:t>
      </w:r>
      <w:r>
        <w:t xml:space="preserve"> ______________________________________________________________________</w:t>
      </w:r>
    </w:p>
    <w:p>
      <w:pPr>
        <w:spacing w:after="40"/>
      </w:pPr>
      <w:r>
        <w:rPr>
          <w:b/>
        </w:rPr>
        <w:t xml:space="preserve">Who will approve the final site: </w:t>
      </w:r>
      <w:r>
        <w:t xml:space="preserve"> 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2. WEBSITE PURPOSE &amp; AUDIENCE</w:t>
            </w:r>
          </w:p>
        </w:tc>
      </w:tr>
    </w:tbl>
    <w:p>
      <w:pPr>
        <w:spacing w:after="40"/>
      </w:pPr>
      <w:r>
        <w:rPr>
          <w:b/>
        </w:rPr>
        <w:t xml:space="preserve">In one sentence, what should this website accomplish: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Primary audience / who the site is for: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Top 3 actions you want visitors to take: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60"/>
      </w:pPr>
      <w:r>
        <w:t>☐ Business   ☐ Church / Ministry   ☐ Family / Legacy   ☐ Nonprofit   ☐ Portfolio   ☐ Event   ☐ Other</w:t>
      </w:r>
    </w:p>
    <w:p>
      <w:pPr>
        <w:spacing w:after="40"/>
      </w:pPr>
      <w:r>
        <w:rPr>
          <w:b/>
        </w:rPr>
        <w:t xml:space="preserve">Other / special purpose: </w:t>
      </w:r>
      <w:r>
        <w:t xml:space="preserve"> 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3. STANDARD SITE PAGES</w:t>
            </w:r>
          </w:p>
        </w:tc>
      </w:tr>
    </w:tbl>
    <w:p>
      <w:r>
        <w:t>Check the pages needed. A standard build normally includes Home, Services/Content, Images/Portfolio, About, and Contact.</w:t>
      </w:r>
    </w:p>
    <w:p>
      <w:pPr>
        <w:spacing w:after="60"/>
      </w:pPr>
      <w:r>
        <w:t>☐ Home   ☐ Services / Content   ☐ Images / Portfolio   ☐ About / Founder   ☐ Contact</w:t>
      </w:r>
    </w:p>
    <w:p>
      <w:pPr>
        <w:spacing w:after="60"/>
      </w:pPr>
      <w:r>
        <w:t>☐ FAQ   ☐ Testimonials   ☐ Events   ☐ Blog / News   ☐ Team   ☐ Donations   ☐ Booking</w:t>
      </w:r>
    </w:p>
    <w:p>
      <w:pPr>
        <w:spacing w:after="60"/>
      </w:pPr>
      <w:r>
        <w:t>☐ Members / Private Area   ☐ Family Vault   ☐ Store / Payments   ☐ Other</w:t>
      </w:r>
    </w:p>
    <w:p>
      <w:pPr>
        <w:spacing w:after="40"/>
      </w:pPr>
      <w:r>
        <w:rPr>
          <w:b/>
        </w:rPr>
        <w:t xml:space="preserve">Other pages or sections requested: </w:t>
      </w:r>
      <w:r>
        <w:t xml:space="preserve"> ______________________________________________________________________</w:t>
      </w:r>
    </w:p>
    <w:p>
      <w:r>
        <w:t>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4. HOME PAGE CONTENT</w:t>
            </w:r>
          </w:p>
        </w:tc>
      </w:tr>
    </w:tbl>
    <w:p>
      <w:pPr>
        <w:spacing w:after="40"/>
      </w:pPr>
      <w:r>
        <w:rPr>
          <w:b/>
        </w:rPr>
        <w:t xml:space="preserve">Business / Site Name: </w:t>
      </w:r>
      <w:r>
        <w:t xml:space="preserve"> ______________________________________________________________________</w:t>
      </w:r>
    </w:p>
    <w:p>
      <w:pPr>
        <w:spacing w:after="40"/>
      </w:pPr>
      <w:r>
        <w:rPr>
          <w:b/>
        </w:rPr>
        <w:t xml:space="preserve">Tagline / Slogan: </w:t>
      </w:r>
      <w:r>
        <w:t xml:space="preserve"> ______________________________________________________________________</w:t>
      </w:r>
    </w:p>
    <w:p>
      <w:pPr>
        <w:spacing w:after="40"/>
      </w:pPr>
      <w:r>
        <w:rPr>
          <w:b/>
        </w:rPr>
        <w:t xml:space="preserve">Main headline: </w:t>
      </w:r>
      <w:r>
        <w:t xml:space="preserve"> ______________________________________________________________________</w:t>
      </w:r>
    </w:p>
    <w:p>
      <w:pPr>
        <w:spacing w:after="40"/>
      </w:pPr>
      <w:r>
        <w:rPr>
          <w:b/>
        </w:rPr>
        <w:t xml:space="preserve">Short introduction / mission statement: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Primary call-to-action: </w:t>
      </w:r>
      <w:r>
        <w:rPr>
          <w:i/>
        </w:rPr>
        <w:t>Examples: "Book a Consultation," "Contact Us," "Join Us"</w:t>
      </w:r>
      <w:r>
        <w:t xml:space="preserve"> ______________________________________________________________________</w:t>
      </w:r>
    </w:p>
    <w:p>
      <w:pPr>
        <w:spacing w:after="40"/>
      </w:pPr>
      <w:r>
        <w:rPr>
          <w:b/>
        </w:rPr>
        <w:t xml:space="preserve">Secondary call-to-action: </w:t>
      </w:r>
      <w:r>
        <w:t xml:space="preserve"> ______________________________________________________________________</w:t>
      </w:r>
    </w:p>
    <w:p>
      <w:pPr>
        <w:spacing w:after="40"/>
      </w:pPr>
      <w:r>
        <w:rPr>
          <w:b/>
        </w:rPr>
        <w:t xml:space="preserve">Three to six highlights you want visible on the home page: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5. SERVICES / MAIN CONTENT</w:t>
            </w:r>
          </w:p>
        </w:tc>
      </w:tr>
    </w:tbl>
    <w:p>
      <w:pPr>
        <w:spacing w:after="40"/>
      </w:pPr>
      <w:r>
        <w:rPr>
          <w:b/>
        </w:rPr>
        <w:t xml:space="preserve">Service / Content Area 1 - name + description: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Service / Content Area 2 - name + description: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Service / Content Area 3 - name + description: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Additional services / content: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Prices to display, if any: </w:t>
      </w:r>
      <w:r>
        <w:t xml:space="preserve"> ______________________________________________________________________</w:t>
      </w:r>
    </w:p>
    <w:p>
      <w:pPr>
        <w:spacing w:after="40"/>
      </w:pPr>
      <w:r>
        <w:rPr>
          <w:b/>
        </w:rPr>
        <w:t xml:space="preserve">Service area / cities / regions served: </w:t>
      </w:r>
      <w:r>
        <w:t xml:space="preserve"> 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6. ABOUT / FOUNDER / ORGANIZATION</w:t>
            </w:r>
          </w:p>
        </w:tc>
      </w:tr>
    </w:tbl>
    <w:p>
      <w:pPr>
        <w:spacing w:after="40"/>
      </w:pPr>
      <w:r>
        <w:rPr>
          <w:b/>
        </w:rPr>
        <w:t xml:space="preserve">Founder / Owner / Leader name: </w:t>
      </w:r>
      <w:r>
        <w:t xml:space="preserve"> ______________________________________________________________________</w:t>
      </w:r>
    </w:p>
    <w:p>
      <w:pPr>
        <w:spacing w:after="40"/>
      </w:pPr>
      <w:r>
        <w:rPr>
          <w:b/>
        </w:rPr>
        <w:t xml:space="preserve">Title / Role: </w:t>
      </w:r>
      <w:r>
        <w:t xml:space="preserve"> ______________________________________________________________________</w:t>
      </w:r>
    </w:p>
    <w:p>
      <w:pPr>
        <w:spacing w:after="40"/>
      </w:pPr>
      <w:r>
        <w:rPr>
          <w:b/>
        </w:rPr>
        <w:t xml:space="preserve">Short biography: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Credentials / licenses / certifications / awards: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Years of experience: </w:t>
      </w:r>
      <w:r>
        <w:t xml:space="preserve"> ______________________________________________________________________</w:t>
      </w:r>
    </w:p>
    <w:p>
      <w:pPr>
        <w:spacing w:after="40"/>
      </w:pPr>
      <w:r>
        <w:rPr>
          <w:b/>
        </w:rPr>
        <w:t xml:space="preserve">Mission / values / faith statement, if desired: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Public social media profile links: </w:t>
      </w:r>
      <w:r>
        <w:t xml:space="preserve"> ______________________________________________________________________</w:t>
      </w:r>
    </w:p>
    <w:p>
      <w:pPr>
        <w:spacing w:after="40"/>
      </w:pPr>
      <w:r>
        <w:rPr>
          <w:b/>
        </w:rPr>
        <w:t xml:space="preserve">Other facts you want highlighted: </w:t>
      </w:r>
      <w:r>
        <w:t xml:space="preserve"> ______________________________________________________________________</w:t>
      </w:r>
    </w:p>
    <w:p>
      <w:r>
        <w:t>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7. IMAGES, VIDEO &amp; BRAND MATERIALS</w:t>
            </w:r>
          </w:p>
        </w:tc>
      </w:tr>
    </w:tbl>
    <w:p>
      <w:pPr>
        <w:spacing w:after="60"/>
      </w:pPr>
      <w:r>
        <w:t>☐ Logo   ☐ Headshot   ☐ Team photos   ☐ Service photos   ☐ Portfolio images   ☐ Video   ☐ Other</w:t>
      </w:r>
    </w:p>
    <w:p>
      <w:pPr>
        <w:spacing w:after="40"/>
      </w:pPr>
      <w:r>
        <w:rPr>
          <w:b/>
        </w:rPr>
        <w:t xml:space="preserve">Brand colors: </w:t>
      </w:r>
      <w:r>
        <w:t xml:space="preserve"> ______________________________________________________________________</w:t>
      </w:r>
    </w:p>
    <w:p>
      <w:pPr>
        <w:spacing w:after="40"/>
      </w:pPr>
      <w:r>
        <w:rPr>
          <w:b/>
        </w:rPr>
        <w:t xml:space="preserve">Preferred visual style: </w:t>
      </w:r>
      <w:r>
        <w:rPr>
          <w:i/>
        </w:rPr>
        <w:t>Modern, corporate, warm, luxury, faith-based, cinematic, minimal, etc.</w:t>
      </w:r>
      <w:r>
        <w:t xml:space="preserve"> ______________________________________________________________________</w:t>
      </w:r>
    </w:p>
    <w:p>
      <w:pPr>
        <w:spacing w:after="40"/>
      </w:pPr>
      <w:r>
        <w:rPr>
          <w:b/>
        </w:rPr>
        <w:t xml:space="preserve">Image captions / names / dates that must be shown: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Files or folders being provided: </w:t>
      </w:r>
      <w:r>
        <w:t xml:space="preserve"> ______________________________________________________________________</w:t>
      </w:r>
    </w:p>
    <w:p>
      <w:r>
        <w:rPr>
          <w:b/>
        </w:rPr>
        <w:t xml:space="preserve">IMPORTANT IMAGE CONSENT: </w:t>
      </w:r>
      <w:r>
        <w:t>Client must have the legal right and permission to use every submitted image, video, logo, recording, and other media. Written permission is required before OM Creative Lab will knowingly publish identifiable images or videos of minors.</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8. CONTACT, FORMS &amp; INTEGRATIONS</w:t>
            </w:r>
          </w:p>
        </w:tc>
      </w:tr>
    </w:tbl>
    <w:p>
      <w:pPr>
        <w:spacing w:after="40"/>
      </w:pPr>
      <w:r>
        <w:rPr>
          <w:b/>
        </w:rPr>
        <w:t xml:space="preserve">Public phone number: </w:t>
      </w:r>
      <w:r>
        <w:t xml:space="preserve"> ______________________________________________________________________</w:t>
      </w:r>
    </w:p>
    <w:p>
      <w:pPr>
        <w:spacing w:after="40"/>
      </w:pPr>
      <w:r>
        <w:rPr>
          <w:b/>
        </w:rPr>
        <w:t xml:space="preserve">Public email: </w:t>
      </w:r>
      <w:r>
        <w:t xml:space="preserve"> ______________________________________________________________________</w:t>
      </w:r>
    </w:p>
    <w:p>
      <w:pPr>
        <w:spacing w:after="40"/>
      </w:pPr>
      <w:r>
        <w:rPr>
          <w:b/>
        </w:rPr>
        <w:t xml:space="preserve">Public address / service area: </w:t>
      </w:r>
      <w:r>
        <w:t xml:space="preserve"> ______________________________________________________________________</w:t>
      </w:r>
    </w:p>
    <w:p>
      <w:pPr>
        <w:spacing w:after="60"/>
      </w:pPr>
      <w:r>
        <w:t>☐ Contact form   ☐ Appointment / booking   ☐ Email signup   ☐ Map   ☐ Social links   ☐ Payments</w:t>
      </w:r>
    </w:p>
    <w:p>
      <w:pPr>
        <w:spacing w:after="60"/>
      </w:pPr>
      <w:r>
        <w:t>☐ YouTube / Video   ☐ Music / Audio   ☐ Donations   ☐ Calendar / Events   ☐ Other</w:t>
      </w:r>
    </w:p>
    <w:p>
      <w:pPr>
        <w:spacing w:after="40"/>
      </w:pPr>
      <w:r>
        <w:rPr>
          <w:b/>
        </w:rPr>
        <w:t xml:space="preserve">Third-party services/accounts to connect: </w:t>
      </w:r>
      <w:r>
        <w:t xml:space="preserve"> ______________________________________________________________________</w:t>
      </w:r>
    </w:p>
    <w:p>
      <w:r>
        <w:t>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9. DOMAIN, HOSTING &amp; TECHNICAL ACCESS</w:t>
            </w:r>
          </w:p>
        </w:tc>
      </w:tr>
    </w:tbl>
    <w:p>
      <w:pPr>
        <w:spacing w:after="60"/>
      </w:pPr>
      <w:r>
        <w:t>☐ Client already owns domain   ☐ Need help purchasing domain   ☐ Domain not chosen</w:t>
      </w:r>
    </w:p>
    <w:p>
      <w:pPr>
        <w:spacing w:after="40"/>
      </w:pPr>
      <w:r>
        <w:rPr>
          <w:b/>
        </w:rPr>
        <w:t xml:space="preserve">Domain registrar: </w:t>
      </w:r>
      <w:r>
        <w:rPr>
          <w:i/>
        </w:rPr>
        <w:t>GoDaddy, Squarespace, Namecheap, etc.</w:t>
      </w:r>
      <w:r>
        <w:t xml:space="preserve"> ______________________________________________________________________</w:t>
      </w:r>
    </w:p>
    <w:p>
      <w:pPr>
        <w:spacing w:after="40"/>
      </w:pPr>
      <w:r>
        <w:rPr>
          <w:b/>
        </w:rPr>
        <w:t xml:space="preserve">Preferred hosting / deployment: </w:t>
      </w:r>
      <w:r>
        <w:rPr>
          <w:i/>
        </w:rPr>
        <w:t>OM Creative Lab commonly uses GitHub + Vercel</w:t>
      </w:r>
      <w:r>
        <w:t xml:space="preserve"> ______________________________________________________________________</w:t>
      </w:r>
    </w:p>
    <w:p>
      <w:pPr>
        <w:spacing w:after="40"/>
      </w:pPr>
      <w:r>
        <w:rPr>
          <w:b/>
        </w:rPr>
        <w:t xml:space="preserve">Existing GitHub / Vercel account, if any: </w:t>
      </w:r>
      <w:r>
        <w:t xml:space="preserve"> ______________________________________________________________________</w:t>
      </w:r>
    </w:p>
    <w:p>
      <w:r>
        <w:rPr>
          <w:b/>
        </w:rPr>
        <w:t xml:space="preserve">SECURITY NOTE: </w:t>
      </w:r>
      <w:r>
        <w:t>Do not send passwords, credit-card numbers, recovery codes, or private authentication codes in this form. Account access should be granted through approved invitations or secure account-sharing methods.</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10. PRIVATE / SECURE AREAS</w:t>
            </w:r>
          </w:p>
        </w:tc>
      </w:tr>
    </w:tbl>
    <w:p>
      <w:pPr>
        <w:spacing w:after="60"/>
      </w:pPr>
      <w:r>
        <w:t>☐ No private area needed   ☐ Member login   ☐ Family / Legacy Vault   ☐ Client portal   ☐ Private media</w:t>
      </w:r>
    </w:p>
    <w:p>
      <w:pPr>
        <w:spacing w:after="40"/>
      </w:pPr>
      <w:r>
        <w:rPr>
          <w:b/>
        </w:rPr>
        <w:t xml:space="preserve">Who should have access: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Should different people see different content: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Types of private content: </w:t>
      </w:r>
      <w:r>
        <w:rPr>
          <w:i/>
        </w:rPr>
        <w:t>Video, audio, documents, messages, photos, etc.</w:t>
      </w:r>
      <w:r>
        <w:t xml:space="preserve"> ______________________________________________________________________</w:t>
      </w:r>
    </w:p>
    <w:p>
      <w:r>
        <w:t>Private or sensitive content requires a separate security plan. A hidden webpage or password written into page code is not considered secure authentication.</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11. CONTENT VERIFICATION &amp; CLIENT RESPONSIBILITIES</w:t>
            </w:r>
          </w:p>
        </w:tc>
      </w:tr>
    </w:tbl>
    <w:p>
      <w:r>
        <w:rPr>
          <w:b/>
        </w:rPr>
        <w:t>Please initial each item:</w:t>
      </w:r>
    </w:p>
    <w:p>
      <w:pPr>
        <w:spacing w:after="60"/>
      </w:pPr>
      <w:r>
        <w:t>_____ I confirm that information I provide for publication is truthful and accurate to the best of my knowledge.</w:t>
      </w:r>
    </w:p>
    <w:p>
      <w:pPr>
        <w:spacing w:after="60"/>
      </w:pPr>
      <w:r>
        <w:t>_____ I have the right, license, or permission to use all text, photographs, video, audio, logos, trademarks, and other materials I provide.</w:t>
      </w:r>
    </w:p>
    <w:p>
      <w:pPr>
        <w:spacing w:after="60"/>
      </w:pPr>
      <w:r>
        <w:t>_____ I will obtain written consent from a parent/legal guardian before submitting identifiable media of a minor for publication.</w:t>
      </w:r>
    </w:p>
    <w:p>
      <w:pPr>
        <w:spacing w:after="60"/>
      </w:pPr>
      <w:r>
        <w:t>_____ I understand OM Creative Lab may decline to publish content that appears unlawful, deceptive, infringing, defamatory, unsafe, or unauthorized.</w:t>
      </w:r>
    </w:p>
    <w:p>
      <w:pPr>
        <w:spacing w:after="60"/>
      </w:pPr>
      <w:r>
        <w:t>_____ I understand I am responsible for reviewing names, dates, claims, credentials, prices, contact information, and other facts before final approval.</w:t>
      </w:r>
    </w:p>
    <w:p>
      <w:pPr>
        <w:spacing w:after="60"/>
      </w:pPr>
      <w:r>
        <w:t>_____ I understand third-party services, domains, hosting, payment processors, plugins, APIs, and platform fees may have separate costs and terms.</w:t>
      </w:r>
    </w:p>
    <w:p>
      <w:pPr>
        <w:spacing w:after="60"/>
      </w:pPr>
      <w:r>
        <w:t>_____ I understand no website can be guaranteed to be continuously available, completely error-free, immune from attack, or guaranteed to achieve specific sales, traffic, search ranking, or business results.</w:t>
      </w:r>
    </w:p>
    <w:p>
      <w:pPr>
        <w:spacing w:after="60"/>
      </w:pPr>
      <w:r>
        <w:t>_____ I understand that material changes requested after approval or outside the agreed project scope may require additional time and fees.</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12. LEGAL / REGULATED CONTENT</w:t>
            </w:r>
          </w:p>
        </w:tc>
      </w:tr>
    </w:tbl>
    <w:p>
      <w:r>
        <w:t>Tell us if the website will include any of the following:</w:t>
      </w:r>
    </w:p>
    <w:p>
      <w:pPr>
        <w:spacing w:after="60"/>
      </w:pPr>
      <w:r>
        <w:t>☐ Medical / health claims   ☐ Legal advice   ☐ Financial claims   ☐ Political content   ☐ Fundraising</w:t>
      </w:r>
    </w:p>
    <w:p>
      <w:pPr>
        <w:spacing w:after="60"/>
      </w:pPr>
      <w:r>
        <w:t>☐ Children's services   ☐ E-commerce   ☐ User accounts   ☐ Sensitive personal data   ☐ None</w:t>
      </w:r>
    </w:p>
    <w:p>
      <w:pPr>
        <w:spacing w:after="40"/>
      </w:pPr>
      <w:r>
        <w:rPr>
          <w:b/>
        </w:rPr>
        <w:t xml:space="preserve">Explain any regulated or sensitive content: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OM Creative Lab provides website design and technology services, not legal, medical, financial, tax, or regulatory advice. The client is responsible for obtaining appropriate professional review when their content or business requires it.</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13. FINAL DIRECTION</w:t>
            </w:r>
          </w:p>
        </w:tc>
      </w:tr>
    </w:tbl>
    <w:p>
      <w:pPr>
        <w:spacing w:after="40"/>
      </w:pPr>
      <w:r>
        <w:rPr>
          <w:b/>
        </w:rPr>
        <w:t xml:space="preserve">Three websites you like and what you like about them: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Pr>
        <w:spacing w:after="40"/>
      </w:pPr>
      <w:r>
        <w:rPr>
          <w:b/>
        </w:rPr>
        <w:t xml:space="preserve">Three words that should describe your finished site: </w:t>
      </w:r>
      <w:r>
        <w:t xml:space="preserve"> ______________________________________________________________________</w:t>
      </w:r>
    </w:p>
    <w:p>
      <w:pPr>
        <w:spacing w:after="40"/>
      </w:pPr>
      <w:r>
        <w:rPr>
          <w:b/>
        </w:rPr>
        <w:t xml:space="preserve">Anything you absolutely do NOT want on the site: </w:t>
      </w:r>
      <w:r>
        <w:t xml:space="preserve"> ______________________________________________________________________</w:t>
      </w:r>
    </w:p>
    <w:p>
      <w:r>
        <w:t>____________________________________________________________________________________________</w:t>
      </w:r>
    </w:p>
    <w:p>
      <w:pPr>
        <w:spacing w:after="40"/>
      </w:pPr>
      <w:r>
        <w:rPr>
          <w:b/>
        </w:rPr>
        <w:t xml:space="preserve">Anything else we should know before we begin: </w:t>
      </w:r>
      <w:r>
        <w:t xml:space="preserve"> 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9D9D9"/>
            <w:vAlign w:val="center"/>
          </w:tcPr>
          <w:p>
            <w:r>
              <w:rPr>
                <w:b/>
                <w:sz w:val="22"/>
              </w:rPr>
              <w:t>14. CLIENT AUTHORIZATION</w:t>
            </w:r>
          </w:p>
        </w:tc>
      </w:tr>
    </w:tbl>
    <w:p>
      <w:r>
        <w:t>By signing below, the client confirms that the information and permissions provided in this intake are accurate and authorizes OM Creative Lab to use the approved materials for the purpose of developing the requested website/digital project. This intake form documents project information and permissions; it is not a substitute for a separate project proposal, scope of work, or service agreement.</w:t>
      </w:r>
    </w:p>
    <w:p>
      <w:pPr>
        <w:spacing w:after="40"/>
      </w:pPr>
      <w:r>
        <w:rPr>
          <w:b/>
        </w:rPr>
        <w:t xml:space="preserve">Client Name: </w:t>
      </w:r>
      <w:r>
        <w:t xml:space="preserve"> ______________________________________________________________________</w:t>
      </w:r>
    </w:p>
    <w:p>
      <w:pPr>
        <w:spacing w:after="40"/>
      </w:pPr>
      <w:r>
        <w:rPr>
          <w:b/>
        </w:rPr>
        <w:t xml:space="preserve">Signature: </w:t>
      </w:r>
      <w:r>
        <w:t xml:space="preserve"> ______________________________________________________________________</w:t>
      </w:r>
    </w:p>
    <w:p>
      <w:pPr>
        <w:spacing w:after="40"/>
      </w:pPr>
      <w:r>
        <w:rPr>
          <w:b/>
        </w:rPr>
        <w:t xml:space="preserve">Date: </w:t>
      </w:r>
      <w:r>
        <w:t xml:space="preserve"> ______________________________________________________________________</w:t>
      </w:r>
    </w:p>
    <w:p>
      <w:pPr>
        <w:spacing w:after="40"/>
      </w:pPr>
      <w:r>
        <w:rPr>
          <w:b/>
        </w:rPr>
        <w:t xml:space="preserve">OM Creative Lab Representative: </w:t>
      </w:r>
      <w:r>
        <w:t xml:space="preserve"> ______________________________________________________________________</w:t>
      </w:r>
    </w:p>
    <w:p>
      <w:pPr>
        <w:spacing w:after="40"/>
      </w:pPr>
      <w:r>
        <w:rPr>
          <w:b/>
        </w:rPr>
        <w:t xml:space="preserve">Date: </w:t>
      </w:r>
      <w:r>
        <w:t xml:space="preserve"> ______________________________________________________________________</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OM Creative Lab | Website Client Intake | Confidential Project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